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42D1B" w14:textId="77777777" w:rsidR="00022789" w:rsidRPr="005B4E0B" w:rsidRDefault="00022789" w:rsidP="00022789">
      <w:pPr>
        <w:spacing w:after="0" w:line="240" w:lineRule="auto"/>
        <w:ind w:left="5670"/>
        <w:rPr>
          <w:rFonts w:ascii="Times New Roman" w:hAnsi="Times New Roman" w:cs="Times New Roman"/>
          <w:b/>
          <w:lang w:val="be-BY"/>
        </w:rPr>
      </w:pPr>
      <w:proofErr w:type="spellStart"/>
      <w:r w:rsidRPr="005B4E0B">
        <w:rPr>
          <w:rFonts w:ascii="Times New Roman" w:hAnsi="Times New Roman" w:cs="Times New Roman"/>
          <w:b/>
          <w:lang w:val="ru-RU"/>
        </w:rPr>
        <w:t>Пра</w:t>
      </w:r>
      <w:proofErr w:type="spellEnd"/>
      <w:r w:rsidRPr="005B4E0B">
        <w:rPr>
          <w:rFonts w:ascii="Times New Roman" w:hAnsi="Times New Roman" w:cs="Times New Roman"/>
          <w:b/>
          <w:lang w:val="be-BY"/>
        </w:rPr>
        <w:t>ўленню Беларуская</w:t>
      </w:r>
    </w:p>
    <w:p w14:paraId="62632EB0" w14:textId="77777777" w:rsidR="00022789" w:rsidRPr="005B4E0B" w:rsidRDefault="00022789" w:rsidP="00022789">
      <w:pPr>
        <w:spacing w:after="0" w:line="240" w:lineRule="auto"/>
        <w:ind w:left="5670"/>
        <w:rPr>
          <w:rFonts w:ascii="Times New Roman" w:hAnsi="Times New Roman" w:cs="Times New Roman"/>
          <w:b/>
          <w:lang w:val="be-BY"/>
        </w:rPr>
      </w:pPr>
      <w:r w:rsidRPr="005B4E0B">
        <w:rPr>
          <w:rFonts w:ascii="Times New Roman" w:hAnsi="Times New Roman" w:cs="Times New Roman"/>
          <w:b/>
          <w:lang w:val="be-BY"/>
        </w:rPr>
        <w:t>Асацыяцыі журналістаў</w:t>
      </w:r>
    </w:p>
    <w:p w14:paraId="1202F387" w14:textId="77777777" w:rsidR="00022789" w:rsidRPr="005B4E0B" w:rsidRDefault="00022789" w:rsidP="00022789">
      <w:pPr>
        <w:spacing w:after="0" w:line="240" w:lineRule="auto"/>
        <w:rPr>
          <w:rFonts w:ascii="Times New Roman" w:hAnsi="Times New Roman" w:cs="Times New Roman"/>
          <w:b/>
          <w:lang w:val="be-BY"/>
        </w:rPr>
      </w:pPr>
    </w:p>
    <w:p w14:paraId="16453080" w14:textId="77777777" w:rsidR="00112465" w:rsidRPr="005B4E0B" w:rsidRDefault="0048136E" w:rsidP="00022789">
      <w:pPr>
        <w:jc w:val="center"/>
        <w:rPr>
          <w:rFonts w:ascii="Times New Roman" w:hAnsi="Times New Roman" w:cs="Times New Roman"/>
          <w:b/>
        </w:rPr>
      </w:pPr>
      <w:r w:rsidRPr="005B4E0B">
        <w:rPr>
          <w:rFonts w:ascii="Times New Roman" w:hAnsi="Times New Roman" w:cs="Times New Roman"/>
          <w:b/>
        </w:rPr>
        <w:t>ЗАЯВА</w:t>
      </w:r>
    </w:p>
    <w:p w14:paraId="776269A6" w14:textId="77777777" w:rsidR="00112465" w:rsidRPr="005B4E0B" w:rsidRDefault="00112465">
      <w:pPr>
        <w:rPr>
          <w:rFonts w:ascii="Times New Roman" w:hAnsi="Times New Roman" w:cs="Times New Roman"/>
        </w:rPr>
      </w:pPr>
    </w:p>
    <w:p w14:paraId="157C0CA1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Прашу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мяне</w:t>
      </w:r>
      <w:proofErr w:type="spellEnd"/>
      <w:r w:rsidRPr="005B4E0B">
        <w:rPr>
          <w:rFonts w:ascii="Times New Roman" w:hAnsi="Times New Roman" w:cs="Times New Roman"/>
          <w:lang w:val="ru-RU"/>
        </w:rPr>
        <w:t>,</w:t>
      </w:r>
    </w:p>
    <w:p w14:paraId="52FD31C3" w14:textId="77777777" w:rsidR="00112465" w:rsidRPr="005B4E0B" w:rsidRDefault="0048136E" w:rsidP="00F16BDC">
      <w:pPr>
        <w:spacing w:after="0"/>
        <w:rPr>
          <w:rFonts w:ascii="Times New Roman" w:hAnsi="Times New Roman" w:cs="Times New Roman"/>
          <w:lang w:val="ru-RU"/>
        </w:rPr>
      </w:pPr>
      <w:r w:rsidRPr="005B4E0B">
        <w:rPr>
          <w:rFonts w:ascii="Times New Roman" w:hAnsi="Times New Roman" w:cs="Times New Roman"/>
          <w:lang w:val="ru-RU"/>
        </w:rPr>
        <w:t>_________________________________________</w:t>
      </w:r>
      <w:r w:rsidR="00022789" w:rsidRPr="005B4E0B">
        <w:rPr>
          <w:rFonts w:ascii="Times New Roman" w:hAnsi="Times New Roman" w:cs="Times New Roman"/>
          <w:lang w:val="ru-RU"/>
        </w:rPr>
        <w:t>________________</w:t>
      </w:r>
      <w:r w:rsidRPr="005B4E0B">
        <w:rPr>
          <w:rFonts w:ascii="Times New Roman" w:hAnsi="Times New Roman" w:cs="Times New Roman"/>
          <w:lang w:val="ru-RU"/>
        </w:rPr>
        <w:t>________________________________________________</w:t>
      </w:r>
      <w:r w:rsidRPr="005B4E0B">
        <w:rPr>
          <w:rFonts w:ascii="Times New Roman" w:hAnsi="Times New Roman" w:cs="Times New Roman"/>
          <w:lang w:val="ru-RU"/>
        </w:rPr>
        <w:t>_____________________________</w:t>
      </w:r>
      <w:r w:rsidR="005B4E0B">
        <w:rPr>
          <w:rFonts w:ascii="Times New Roman" w:hAnsi="Times New Roman" w:cs="Times New Roman"/>
          <w:lang w:val="ru-RU"/>
        </w:rPr>
        <w:t>_____________________</w:t>
      </w:r>
      <w:r w:rsidR="00F16BDC">
        <w:rPr>
          <w:rFonts w:ascii="Times New Roman" w:hAnsi="Times New Roman" w:cs="Times New Roman"/>
          <w:lang w:val="ru-RU"/>
        </w:rPr>
        <w:t>_</w:t>
      </w:r>
      <w:r w:rsidRPr="005B4E0B">
        <w:rPr>
          <w:rFonts w:ascii="Times New Roman" w:hAnsi="Times New Roman" w:cs="Times New Roman"/>
          <w:lang w:val="ru-RU"/>
        </w:rPr>
        <w:t>,</w:t>
      </w:r>
    </w:p>
    <w:p w14:paraId="566AE54C" w14:textId="77777777" w:rsidR="00112465" w:rsidRPr="005B4E0B" w:rsidRDefault="0048136E" w:rsidP="00F16BDC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5B4E0B">
        <w:rPr>
          <w:rFonts w:ascii="Times New Roman" w:hAnsi="Times New Roman" w:cs="Times New Roman"/>
          <w:sz w:val="18"/>
          <w:szCs w:val="18"/>
          <w:lang w:val="ru-RU"/>
        </w:rPr>
        <w:t>(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прозвішча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імя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імя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па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бацьку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дата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нараджэння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грамадзянства</w:t>
      </w:r>
      <w:proofErr w:type="spellEnd"/>
      <w:r w:rsidRPr="005B4E0B">
        <w:rPr>
          <w:rFonts w:ascii="Times New Roman" w:hAnsi="Times New Roman" w:cs="Times New Roman"/>
          <w:sz w:val="18"/>
          <w:szCs w:val="18"/>
          <w:lang w:val="ru-RU"/>
        </w:rPr>
        <w:t>)</w:t>
      </w:r>
    </w:p>
    <w:p w14:paraId="5DEB7E2F" w14:textId="77777777" w:rsidR="00022789" w:rsidRPr="005B4E0B" w:rsidRDefault="00022789" w:rsidP="00022789">
      <w:pPr>
        <w:spacing w:after="0"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2E54A84B" w14:textId="77777777" w:rsidR="00112465" w:rsidRPr="005B4E0B" w:rsidRDefault="00022789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прыняць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у </w:t>
      </w:r>
      <w:proofErr w:type="spellStart"/>
      <w:r w:rsidRPr="005B4E0B">
        <w:rPr>
          <w:rFonts w:ascii="Times New Roman" w:hAnsi="Times New Roman" w:cs="Times New Roman"/>
          <w:lang w:val="ru-RU"/>
        </w:rPr>
        <w:t>сябры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Беларускай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асацыяцыі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5B4E0B">
        <w:rPr>
          <w:rFonts w:ascii="Times New Roman" w:hAnsi="Times New Roman" w:cs="Times New Roman"/>
          <w:lang w:val="ru-RU"/>
        </w:rPr>
        <w:t>.</w:t>
      </w:r>
    </w:p>
    <w:p w14:paraId="00C90936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r w:rsidRPr="005B4E0B">
        <w:rPr>
          <w:rFonts w:ascii="Times New Roman" w:hAnsi="Times New Roman" w:cs="Times New Roman"/>
          <w:lang w:val="ru-RU"/>
        </w:rPr>
        <w:t xml:space="preserve">* З </w:t>
      </w:r>
      <w:proofErr w:type="spellStart"/>
      <w:r w:rsidRPr="005B4E0B">
        <w:rPr>
          <w:rFonts w:ascii="Times New Roman" w:hAnsi="Times New Roman" w:cs="Times New Roman"/>
          <w:lang w:val="ru-RU"/>
        </w:rPr>
        <w:t>Дэкларацыяй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прынцыпаў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этыкі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беларускіх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і СМІ </w:t>
      </w:r>
      <w:proofErr w:type="spellStart"/>
      <w:r w:rsidRPr="005B4E0B">
        <w:rPr>
          <w:rFonts w:ascii="Times New Roman" w:hAnsi="Times New Roman" w:cs="Times New Roman"/>
          <w:lang w:val="ru-RU"/>
        </w:rPr>
        <w:t>азнаёмлены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5B4E0B">
        <w:rPr>
          <w:rFonts w:ascii="Times New Roman" w:hAnsi="Times New Roman" w:cs="Times New Roman"/>
          <w:lang w:val="ru-RU"/>
        </w:rPr>
        <w:t>абавязуюся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выконваць</w:t>
      </w:r>
      <w:proofErr w:type="spellEnd"/>
      <w:r w:rsidRPr="005B4E0B">
        <w:rPr>
          <w:rFonts w:ascii="Times New Roman" w:hAnsi="Times New Roman" w:cs="Times New Roman"/>
          <w:lang w:val="ru-RU"/>
        </w:rPr>
        <w:t>.</w:t>
      </w:r>
    </w:p>
    <w:p w14:paraId="3B73066E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Месца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працы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lang w:val="ru-RU"/>
        </w:rPr>
        <w:t>пасада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5B4E0B">
        <w:rPr>
          <w:rFonts w:ascii="Times New Roman" w:hAnsi="Times New Roman" w:cs="Times New Roman"/>
          <w:lang w:val="ru-RU"/>
        </w:rPr>
        <w:t>працоўны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proofErr w:type="gramStart"/>
      <w:r w:rsidRPr="005B4E0B">
        <w:rPr>
          <w:rFonts w:ascii="Times New Roman" w:hAnsi="Times New Roman" w:cs="Times New Roman"/>
          <w:lang w:val="ru-RU"/>
        </w:rPr>
        <w:t>тэлефон</w:t>
      </w:r>
      <w:proofErr w:type="spellEnd"/>
      <w:r w:rsidRPr="005B4E0B">
        <w:rPr>
          <w:rFonts w:ascii="Times New Roman" w:hAnsi="Times New Roman" w:cs="Times New Roman"/>
          <w:lang w:val="ru-RU"/>
        </w:rPr>
        <w:t>:</w:t>
      </w:r>
      <w:r w:rsidRPr="005B4E0B">
        <w:rPr>
          <w:rFonts w:ascii="Times New Roman" w:hAnsi="Times New Roman" w:cs="Times New Roman"/>
          <w:lang w:val="ru-RU"/>
        </w:rPr>
        <w:t>_</w:t>
      </w:r>
      <w:proofErr w:type="gramEnd"/>
      <w:r w:rsidRPr="005B4E0B">
        <w:rPr>
          <w:rFonts w:ascii="Times New Roman" w:hAnsi="Times New Roman" w:cs="Times New Roman"/>
          <w:lang w:val="ru-RU"/>
        </w:rPr>
        <w:t>_______</w:t>
      </w:r>
      <w:r w:rsidR="00F16BDC">
        <w:rPr>
          <w:rFonts w:ascii="Times New Roman" w:hAnsi="Times New Roman" w:cs="Times New Roman"/>
          <w:lang w:val="ru-RU"/>
        </w:rPr>
        <w:t>_</w:t>
      </w:r>
      <w:r w:rsidRPr="005B4E0B">
        <w:rPr>
          <w:rFonts w:ascii="Times New Roman" w:hAnsi="Times New Roman" w:cs="Times New Roman"/>
          <w:lang w:val="ru-RU"/>
        </w:rPr>
        <w:t>_____________________________</w:t>
      </w:r>
      <w:r w:rsidRPr="005B4E0B">
        <w:rPr>
          <w:rFonts w:ascii="Times New Roman" w:hAnsi="Times New Roman" w:cs="Times New Roman"/>
          <w:lang w:val="ru-RU"/>
        </w:rPr>
        <w:t>___</w:t>
      </w:r>
      <w:r w:rsidR="00022789" w:rsidRPr="005B4E0B">
        <w:rPr>
          <w:rFonts w:ascii="Times New Roman" w:hAnsi="Times New Roman" w:cs="Times New Roman"/>
          <w:lang w:val="ru-RU"/>
        </w:rPr>
        <w:t>_</w:t>
      </w:r>
    </w:p>
    <w:p w14:paraId="46CA6B13" w14:textId="77777777" w:rsidR="00022789" w:rsidRPr="005B4E0B" w:rsidRDefault="00022789">
      <w:pPr>
        <w:rPr>
          <w:rFonts w:ascii="Times New Roman" w:hAnsi="Times New Roman" w:cs="Times New Roman"/>
          <w:lang w:val="ru-RU"/>
        </w:rPr>
      </w:pPr>
      <w:r w:rsidRPr="005B4E0B">
        <w:rPr>
          <w:rFonts w:ascii="Times New Roman" w:hAnsi="Times New Roman" w:cs="Times New Roman"/>
          <w:lang w:val="ru-RU"/>
        </w:rPr>
        <w:t>_________________________________________________________________________</w:t>
      </w:r>
      <w:r w:rsidR="00F16BDC">
        <w:rPr>
          <w:rFonts w:ascii="Times New Roman" w:hAnsi="Times New Roman" w:cs="Times New Roman"/>
          <w:lang w:val="ru-RU"/>
        </w:rPr>
        <w:t>_____</w:t>
      </w:r>
    </w:p>
    <w:p w14:paraId="5E7A9749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Індэкс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lang w:val="ru-RU"/>
        </w:rPr>
        <w:t>хатні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адрас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5B4E0B">
        <w:rPr>
          <w:rFonts w:ascii="Times New Roman" w:hAnsi="Times New Roman" w:cs="Times New Roman"/>
          <w:lang w:val="ru-RU"/>
        </w:rPr>
        <w:t>тэлефон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(</w:t>
      </w:r>
      <w:proofErr w:type="spellStart"/>
      <w:r w:rsidRPr="005B4E0B">
        <w:rPr>
          <w:rFonts w:ascii="Times New Roman" w:hAnsi="Times New Roman" w:cs="Times New Roman"/>
          <w:lang w:val="ru-RU"/>
        </w:rPr>
        <w:t>мабільны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5B4E0B">
        <w:rPr>
          <w:rFonts w:ascii="Times New Roman" w:hAnsi="Times New Roman" w:cs="Times New Roman"/>
          <w:lang w:val="ru-RU"/>
        </w:rPr>
        <w:t>хатні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), </w:t>
      </w:r>
      <w:proofErr w:type="gramStart"/>
      <w:r w:rsidRPr="005B4E0B">
        <w:rPr>
          <w:rFonts w:ascii="Times New Roman" w:hAnsi="Times New Roman" w:cs="Times New Roman"/>
        </w:rPr>
        <w:t>e</w:t>
      </w:r>
      <w:r w:rsidRPr="005B4E0B">
        <w:rPr>
          <w:rFonts w:ascii="Times New Roman" w:hAnsi="Times New Roman" w:cs="Times New Roman"/>
          <w:lang w:val="ru-RU"/>
        </w:rPr>
        <w:t>-</w:t>
      </w:r>
      <w:r w:rsidRPr="005B4E0B">
        <w:rPr>
          <w:rFonts w:ascii="Times New Roman" w:hAnsi="Times New Roman" w:cs="Times New Roman"/>
        </w:rPr>
        <w:t>mail</w:t>
      </w:r>
      <w:r w:rsidRPr="005B4E0B">
        <w:rPr>
          <w:rFonts w:ascii="Times New Roman" w:hAnsi="Times New Roman" w:cs="Times New Roman"/>
          <w:lang w:val="ru-RU"/>
        </w:rPr>
        <w:t>:</w:t>
      </w:r>
      <w:r w:rsidR="00022789" w:rsidRPr="005B4E0B">
        <w:rPr>
          <w:rFonts w:ascii="Times New Roman" w:hAnsi="Times New Roman" w:cs="Times New Roman"/>
          <w:lang w:val="ru-RU"/>
        </w:rPr>
        <w:t>_</w:t>
      </w:r>
      <w:proofErr w:type="gramEnd"/>
      <w:r w:rsidRPr="005B4E0B">
        <w:rPr>
          <w:rFonts w:ascii="Times New Roman" w:hAnsi="Times New Roman" w:cs="Times New Roman"/>
          <w:lang w:val="ru-RU"/>
        </w:rPr>
        <w:t>______</w:t>
      </w:r>
      <w:r w:rsidR="00F16BDC">
        <w:rPr>
          <w:rFonts w:ascii="Times New Roman" w:hAnsi="Times New Roman" w:cs="Times New Roman"/>
          <w:lang w:val="ru-RU"/>
        </w:rPr>
        <w:t>_________________________</w:t>
      </w:r>
    </w:p>
    <w:p w14:paraId="200AAE21" w14:textId="77777777" w:rsidR="00022789" w:rsidRPr="005B4E0B" w:rsidRDefault="00022789" w:rsidP="00022789">
      <w:pPr>
        <w:rPr>
          <w:rFonts w:ascii="Times New Roman" w:hAnsi="Times New Roman" w:cs="Times New Roman"/>
          <w:lang w:val="ru-RU"/>
        </w:rPr>
      </w:pPr>
      <w:r w:rsidRPr="005B4E0B">
        <w:rPr>
          <w:rFonts w:ascii="Times New Roman" w:hAnsi="Times New Roman" w:cs="Times New Roman"/>
          <w:lang w:val="ru-RU"/>
        </w:rPr>
        <w:t>_________________________________________________________________________</w:t>
      </w:r>
      <w:r w:rsidR="00F16BDC">
        <w:rPr>
          <w:rFonts w:ascii="Times New Roman" w:hAnsi="Times New Roman" w:cs="Times New Roman"/>
          <w:lang w:val="ru-RU"/>
        </w:rPr>
        <w:t>_____</w:t>
      </w:r>
    </w:p>
    <w:p w14:paraId="54C6DCF6" w14:textId="77777777" w:rsidR="00022789" w:rsidRPr="005B4E0B" w:rsidRDefault="00022789" w:rsidP="00022789">
      <w:pPr>
        <w:rPr>
          <w:rFonts w:ascii="Times New Roman" w:hAnsi="Times New Roman" w:cs="Times New Roman"/>
          <w:lang w:val="ru-RU"/>
        </w:rPr>
      </w:pPr>
      <w:r w:rsidRPr="005B4E0B">
        <w:rPr>
          <w:rFonts w:ascii="Times New Roman" w:hAnsi="Times New Roman" w:cs="Times New Roman"/>
          <w:lang w:val="ru-RU"/>
        </w:rPr>
        <w:t>_________________________________________________________________________</w:t>
      </w:r>
      <w:r w:rsidR="00F16BDC">
        <w:rPr>
          <w:rFonts w:ascii="Times New Roman" w:hAnsi="Times New Roman" w:cs="Times New Roman"/>
          <w:lang w:val="ru-RU"/>
        </w:rPr>
        <w:t>_____</w:t>
      </w:r>
    </w:p>
    <w:p w14:paraId="6C17B350" w14:textId="77777777" w:rsidR="00022789" w:rsidRPr="005B4E0B" w:rsidRDefault="00022789">
      <w:pPr>
        <w:rPr>
          <w:rFonts w:ascii="Times New Roman" w:hAnsi="Times New Roman" w:cs="Times New Roman"/>
          <w:lang w:val="ru-RU"/>
        </w:rPr>
      </w:pPr>
    </w:p>
    <w:p w14:paraId="6446FE1E" w14:textId="77777777" w:rsidR="00112465" w:rsidRPr="005B4E0B" w:rsidRDefault="00F16BDC" w:rsidP="005B4E0B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_____________________</w:t>
      </w:r>
      <w:r w:rsidR="0048136E" w:rsidRPr="005B4E0B">
        <w:rPr>
          <w:rFonts w:ascii="Times New Roman" w:hAnsi="Times New Roman" w:cs="Times New Roman"/>
          <w:lang w:val="ru-RU"/>
        </w:rPr>
        <w:t xml:space="preserve">_____   </w:t>
      </w:r>
      <w:r>
        <w:rPr>
          <w:rFonts w:ascii="Times New Roman" w:hAnsi="Times New Roman" w:cs="Times New Roman"/>
          <w:lang w:val="ru-RU"/>
        </w:rPr>
        <w:t xml:space="preserve">                                                      </w:t>
      </w:r>
      <w:r w:rsidR="0048136E" w:rsidRPr="005B4E0B">
        <w:rPr>
          <w:rFonts w:ascii="Times New Roman" w:hAnsi="Times New Roman" w:cs="Times New Roman"/>
          <w:lang w:val="ru-RU"/>
        </w:rPr>
        <w:t>_</w:t>
      </w:r>
      <w:r w:rsidR="0048136E" w:rsidRPr="005B4E0B">
        <w:rPr>
          <w:rFonts w:ascii="Times New Roman" w:hAnsi="Times New Roman" w:cs="Times New Roman"/>
          <w:lang w:val="ru-RU"/>
        </w:rPr>
        <w:t>______________________</w:t>
      </w:r>
    </w:p>
    <w:p w14:paraId="128FC10F" w14:textId="77777777" w:rsidR="00112465" w:rsidRPr="005B4E0B" w:rsidRDefault="005B4E0B" w:rsidP="005B4E0B">
      <w:pPr>
        <w:spacing w:after="0"/>
        <w:rPr>
          <w:rFonts w:ascii="Times New Roman" w:hAnsi="Times New Roman" w:cs="Times New Roman"/>
          <w:sz w:val="18"/>
          <w:szCs w:val="18"/>
          <w:lang w:val="ru-RU"/>
        </w:rPr>
      </w:pPr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</w:t>
      </w:r>
      <w:r w:rsidR="00F16BDC"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 </w:t>
      </w:r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>(</w:t>
      </w:r>
      <w:proofErr w:type="gramStart"/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дата)   </w:t>
      </w:r>
      <w:proofErr w:type="gramEnd"/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                 </w:t>
      </w:r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                                                                                                </w:t>
      </w:r>
      <w:r w:rsidR="00F16BDC">
        <w:rPr>
          <w:rFonts w:ascii="Times New Roman" w:hAnsi="Times New Roman" w:cs="Times New Roman"/>
          <w:sz w:val="18"/>
          <w:szCs w:val="18"/>
          <w:lang w:val="ru-RU"/>
        </w:rPr>
        <w:t xml:space="preserve">    </w:t>
      </w:r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(</w:t>
      </w:r>
      <w:proofErr w:type="spellStart"/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>подпіс</w:t>
      </w:r>
      <w:proofErr w:type="spellEnd"/>
      <w:r w:rsidR="0048136E" w:rsidRPr="005B4E0B">
        <w:rPr>
          <w:rFonts w:ascii="Times New Roman" w:hAnsi="Times New Roman" w:cs="Times New Roman"/>
          <w:sz w:val="18"/>
          <w:szCs w:val="18"/>
          <w:lang w:val="ru-RU"/>
        </w:rPr>
        <w:t>)</w:t>
      </w:r>
    </w:p>
    <w:p w14:paraId="2FEE0F1A" w14:textId="77777777" w:rsidR="00112465" w:rsidRPr="005B4E0B" w:rsidRDefault="00112465">
      <w:pPr>
        <w:rPr>
          <w:rFonts w:ascii="Times New Roman" w:hAnsi="Times New Roman" w:cs="Times New Roman"/>
          <w:lang w:val="ru-RU"/>
        </w:rPr>
      </w:pPr>
    </w:p>
    <w:p w14:paraId="5AC62A31" w14:textId="77777777" w:rsidR="005B4E0B" w:rsidRPr="005B4E0B" w:rsidRDefault="005B4E0B">
      <w:pPr>
        <w:rPr>
          <w:rFonts w:ascii="Times New Roman" w:hAnsi="Times New Roman" w:cs="Times New Roman"/>
          <w:b/>
          <w:lang w:val="ru-RU"/>
        </w:rPr>
      </w:pPr>
      <w:proofErr w:type="spellStart"/>
      <w:r w:rsidRPr="005B4E0B">
        <w:rPr>
          <w:rFonts w:ascii="Times New Roman" w:hAnsi="Times New Roman" w:cs="Times New Roman"/>
          <w:b/>
          <w:lang w:val="ru-RU"/>
        </w:rPr>
        <w:t>Прыняты</w:t>
      </w:r>
      <w:proofErr w:type="spellEnd"/>
      <w:r w:rsidRPr="005B4E0B">
        <w:rPr>
          <w:rFonts w:ascii="Times New Roman" w:hAnsi="Times New Roman" w:cs="Times New Roman"/>
          <w:b/>
          <w:lang w:val="ru-RU"/>
        </w:rPr>
        <w:t>.</w:t>
      </w:r>
    </w:p>
    <w:p w14:paraId="7F4D7A28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Пратакол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№ _________ </w:t>
      </w:r>
      <w:proofErr w:type="spellStart"/>
      <w:r w:rsidRPr="005B4E0B">
        <w:rPr>
          <w:rFonts w:ascii="Times New Roman" w:hAnsi="Times New Roman" w:cs="Times New Roman"/>
          <w:lang w:val="ru-RU"/>
        </w:rPr>
        <w:t>пасяджэння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Праўле</w:t>
      </w:r>
      <w:r w:rsidR="005B4E0B" w:rsidRPr="005B4E0B">
        <w:rPr>
          <w:rFonts w:ascii="Times New Roman" w:hAnsi="Times New Roman" w:cs="Times New Roman"/>
          <w:lang w:val="ru-RU"/>
        </w:rPr>
        <w:t>ння</w:t>
      </w:r>
      <w:proofErr w:type="spellEnd"/>
      <w:r w:rsidR="005B4E0B" w:rsidRPr="005B4E0B">
        <w:rPr>
          <w:rFonts w:ascii="Times New Roman" w:hAnsi="Times New Roman" w:cs="Times New Roman"/>
          <w:lang w:val="ru-RU"/>
        </w:rPr>
        <w:t xml:space="preserve"> БАЖ ад «____» __________ 20__</w:t>
      </w:r>
      <w:r w:rsidRPr="005B4E0B">
        <w:rPr>
          <w:rFonts w:ascii="Times New Roman" w:hAnsi="Times New Roman" w:cs="Times New Roman"/>
          <w:lang w:val="ru-RU"/>
        </w:rPr>
        <w:t>__ г.</w:t>
      </w:r>
    </w:p>
    <w:p w14:paraId="5A5440FF" w14:textId="77777777" w:rsidR="00112465" w:rsidRPr="005B4E0B" w:rsidRDefault="00112465">
      <w:pPr>
        <w:rPr>
          <w:rFonts w:ascii="Times New Roman" w:hAnsi="Times New Roman" w:cs="Times New Roman"/>
          <w:lang w:val="ru-RU"/>
        </w:rPr>
      </w:pPr>
    </w:p>
    <w:p w14:paraId="6D4E6933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Старшыня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пасяджэння</w:t>
      </w:r>
      <w:proofErr w:type="spellEnd"/>
      <w:r w:rsidR="005B4E0B" w:rsidRPr="005B4E0B">
        <w:rPr>
          <w:rFonts w:ascii="Times New Roman" w:hAnsi="Times New Roman" w:cs="Times New Roman"/>
          <w:lang w:val="ru-RU"/>
        </w:rPr>
        <w:t xml:space="preserve">              </w:t>
      </w:r>
      <w:r w:rsidR="00F16BDC">
        <w:rPr>
          <w:rFonts w:ascii="Times New Roman" w:hAnsi="Times New Roman" w:cs="Times New Roman"/>
          <w:lang w:val="ru-RU"/>
        </w:rPr>
        <w:t xml:space="preserve">           </w:t>
      </w:r>
      <w:r w:rsidRPr="005B4E0B">
        <w:rPr>
          <w:rFonts w:ascii="Times New Roman" w:hAnsi="Times New Roman" w:cs="Times New Roman"/>
          <w:lang w:val="ru-RU"/>
        </w:rPr>
        <w:t>_______</w:t>
      </w:r>
      <w:r w:rsidR="005B4E0B" w:rsidRPr="005B4E0B">
        <w:rPr>
          <w:rFonts w:ascii="Times New Roman" w:hAnsi="Times New Roman" w:cs="Times New Roman"/>
          <w:lang w:val="ru-RU"/>
        </w:rPr>
        <w:t>__________</w:t>
      </w:r>
      <w:r w:rsidRPr="005B4E0B">
        <w:rPr>
          <w:rFonts w:ascii="Times New Roman" w:hAnsi="Times New Roman" w:cs="Times New Roman"/>
          <w:lang w:val="ru-RU"/>
        </w:rPr>
        <w:t>______</w:t>
      </w:r>
      <w:r w:rsidR="005B4E0B" w:rsidRPr="005B4E0B">
        <w:rPr>
          <w:rFonts w:ascii="Times New Roman" w:hAnsi="Times New Roman" w:cs="Times New Roman"/>
          <w:lang w:val="ru-RU"/>
        </w:rPr>
        <w:t>/______________________/</w:t>
      </w:r>
    </w:p>
    <w:p w14:paraId="7426BF50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Сакратар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lang w:val="ru-RU"/>
        </w:rPr>
        <w:t>пасяджэння</w:t>
      </w:r>
      <w:proofErr w:type="spellEnd"/>
      <w:r w:rsidRPr="005B4E0B">
        <w:rPr>
          <w:rFonts w:ascii="Times New Roman" w:hAnsi="Times New Roman" w:cs="Times New Roman"/>
          <w:lang w:val="ru-RU"/>
        </w:rPr>
        <w:t xml:space="preserve"> </w:t>
      </w:r>
      <w:r w:rsidR="005B4E0B" w:rsidRPr="005B4E0B">
        <w:rPr>
          <w:rFonts w:ascii="Times New Roman" w:hAnsi="Times New Roman" w:cs="Times New Roman"/>
          <w:lang w:val="ru-RU"/>
        </w:rPr>
        <w:t xml:space="preserve">                   </w:t>
      </w:r>
      <w:r w:rsidR="00F16BDC">
        <w:rPr>
          <w:rFonts w:ascii="Times New Roman" w:hAnsi="Times New Roman" w:cs="Times New Roman"/>
          <w:lang w:val="ru-RU"/>
        </w:rPr>
        <w:t xml:space="preserve">       </w:t>
      </w:r>
      <w:r w:rsidR="005B4E0B" w:rsidRPr="005B4E0B">
        <w:rPr>
          <w:rFonts w:ascii="Times New Roman" w:hAnsi="Times New Roman" w:cs="Times New Roman"/>
          <w:lang w:val="ru-RU"/>
        </w:rPr>
        <w:t>_______________________/______________________/</w:t>
      </w:r>
    </w:p>
    <w:p w14:paraId="0D864E96" w14:textId="77777777" w:rsidR="00112465" w:rsidRPr="005B4E0B" w:rsidRDefault="0048136E">
      <w:pPr>
        <w:rPr>
          <w:rFonts w:ascii="Times New Roman" w:hAnsi="Times New Roman" w:cs="Times New Roman"/>
          <w:sz w:val="18"/>
          <w:szCs w:val="18"/>
          <w:lang w:val="ru-RU"/>
        </w:rPr>
      </w:pPr>
      <w:proofErr w:type="spellStart"/>
      <w:r w:rsidRPr="005B4E0B">
        <w:rPr>
          <w:rFonts w:ascii="Times New Roman" w:hAnsi="Times New Roman" w:cs="Times New Roman"/>
          <w:b/>
          <w:sz w:val="18"/>
          <w:szCs w:val="18"/>
          <w:lang w:val="ru-RU"/>
        </w:rPr>
        <w:lastRenderedPageBreak/>
        <w:t>Заўвага</w:t>
      </w:r>
      <w:proofErr w:type="spellEnd"/>
      <w:r w:rsidRPr="005B4E0B">
        <w:rPr>
          <w:rFonts w:ascii="Times New Roman" w:hAnsi="Times New Roman" w:cs="Times New Roman"/>
          <w:b/>
          <w:sz w:val="18"/>
          <w:szCs w:val="18"/>
          <w:lang w:val="ru-RU"/>
        </w:rPr>
        <w:t>:</w:t>
      </w:r>
      <w:r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Pr="005B4E0B">
        <w:rPr>
          <w:rFonts w:ascii="Times New Roman" w:hAnsi="Times New Roman" w:cs="Times New Roman"/>
          <w:sz w:val="18"/>
          <w:szCs w:val="18"/>
          <w:lang w:val="ru-RU"/>
        </w:rPr>
        <w:t>Патрэбн</w:t>
      </w:r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ы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2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рэкамендацыі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ад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сяброў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БАЖ (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указваецца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прозвішча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імя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імя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 па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бацьку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proofErr w:type="spellStart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подпіс</w:t>
      </w:r>
      <w:proofErr w:type="spellEnd"/>
      <w:r w:rsidR="005B4E0B" w:rsidRPr="005B4E0B">
        <w:rPr>
          <w:rFonts w:ascii="Times New Roman" w:hAnsi="Times New Roman" w:cs="Times New Roman"/>
          <w:sz w:val="18"/>
          <w:szCs w:val="18"/>
          <w:lang w:val="ru-RU"/>
        </w:rPr>
        <w:t>)</w:t>
      </w:r>
    </w:p>
    <w:p w14:paraId="748180F8" w14:textId="77777777" w:rsidR="00112465" w:rsidRPr="005B4E0B" w:rsidRDefault="00112465">
      <w:pPr>
        <w:rPr>
          <w:rFonts w:ascii="Times New Roman" w:hAnsi="Times New Roman" w:cs="Times New Roman"/>
          <w:lang w:val="ru-RU"/>
        </w:rPr>
      </w:pPr>
    </w:p>
    <w:p w14:paraId="273D97F1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Рэкамендую</w:t>
      </w:r>
      <w:proofErr w:type="spellEnd"/>
      <w:r w:rsidRPr="005B4E0B">
        <w:rPr>
          <w:rFonts w:ascii="Times New Roman" w:hAnsi="Times New Roman" w:cs="Times New Roman"/>
          <w:lang w:val="ru-RU"/>
        </w:rPr>
        <w:t>: ___________________</w:t>
      </w:r>
    </w:p>
    <w:p w14:paraId="00FAB71F" w14:textId="77777777" w:rsidR="00112465" w:rsidRPr="005B4E0B" w:rsidRDefault="0048136E">
      <w:pPr>
        <w:rPr>
          <w:rFonts w:ascii="Times New Roman" w:hAnsi="Times New Roman" w:cs="Times New Roman"/>
          <w:lang w:val="ru-RU"/>
        </w:rPr>
      </w:pPr>
      <w:proofErr w:type="spellStart"/>
      <w:r w:rsidRPr="005B4E0B">
        <w:rPr>
          <w:rFonts w:ascii="Times New Roman" w:hAnsi="Times New Roman" w:cs="Times New Roman"/>
          <w:lang w:val="ru-RU"/>
        </w:rPr>
        <w:t>Рэкамен</w:t>
      </w:r>
      <w:r w:rsidRPr="005B4E0B">
        <w:rPr>
          <w:rFonts w:ascii="Times New Roman" w:hAnsi="Times New Roman" w:cs="Times New Roman"/>
          <w:lang w:val="ru-RU"/>
        </w:rPr>
        <w:t>дую</w:t>
      </w:r>
      <w:proofErr w:type="spellEnd"/>
      <w:r w:rsidRPr="005B4E0B">
        <w:rPr>
          <w:rFonts w:ascii="Times New Roman" w:hAnsi="Times New Roman" w:cs="Times New Roman"/>
          <w:lang w:val="ru-RU"/>
        </w:rPr>
        <w:t>: ___________________</w:t>
      </w:r>
    </w:p>
    <w:p w14:paraId="2D4FC713" w14:textId="77777777" w:rsidR="00F16BDC" w:rsidRPr="00F16BDC" w:rsidRDefault="00F16BDC" w:rsidP="00F16BDC">
      <w:pPr>
        <w:ind w:left="6804"/>
        <w:rPr>
          <w:rFonts w:ascii="Times New Roman" w:hAnsi="Times New Roman" w:cs="Times New Roman"/>
          <w:i/>
          <w:sz w:val="18"/>
          <w:szCs w:val="18"/>
          <w:lang w:val="ru-RU"/>
        </w:rPr>
      </w:pPr>
      <w:r w:rsidRPr="00F16BDC">
        <w:rPr>
          <w:rFonts w:ascii="Times New Roman" w:hAnsi="Times New Roman" w:cs="Times New Roman"/>
          <w:i/>
          <w:sz w:val="18"/>
          <w:szCs w:val="18"/>
          <w:lang w:val="ru-RU"/>
        </w:rPr>
        <w:t>(</w:t>
      </w:r>
      <w:proofErr w:type="spellStart"/>
      <w:r w:rsidRPr="00F16BDC">
        <w:rPr>
          <w:rFonts w:ascii="Times New Roman" w:hAnsi="Times New Roman" w:cs="Times New Roman"/>
          <w:i/>
          <w:sz w:val="18"/>
          <w:szCs w:val="18"/>
          <w:lang w:val="ru-RU"/>
        </w:rPr>
        <w:t>адваротны</w:t>
      </w:r>
      <w:proofErr w:type="spellEnd"/>
      <w:r w:rsidRPr="00F16BDC">
        <w:rPr>
          <w:rFonts w:ascii="Times New Roman" w:hAnsi="Times New Roman" w:cs="Times New Roman"/>
          <w:i/>
          <w:sz w:val="18"/>
          <w:szCs w:val="18"/>
          <w:lang w:val="ru-RU"/>
        </w:rPr>
        <w:t xml:space="preserve"> бок </w:t>
      </w:r>
      <w:proofErr w:type="spellStart"/>
      <w:r w:rsidRPr="00F16BDC">
        <w:rPr>
          <w:rFonts w:ascii="Times New Roman" w:hAnsi="Times New Roman" w:cs="Times New Roman"/>
          <w:i/>
          <w:sz w:val="18"/>
          <w:szCs w:val="18"/>
          <w:lang w:val="ru-RU"/>
        </w:rPr>
        <w:t>заявы</w:t>
      </w:r>
      <w:proofErr w:type="spellEnd"/>
      <w:r w:rsidRPr="00F16BDC">
        <w:rPr>
          <w:rFonts w:ascii="Times New Roman" w:hAnsi="Times New Roman" w:cs="Times New Roman"/>
          <w:i/>
          <w:sz w:val="18"/>
          <w:szCs w:val="18"/>
          <w:lang w:val="ru-RU"/>
        </w:rPr>
        <w:t>)</w:t>
      </w:r>
    </w:p>
    <w:p w14:paraId="68950130" w14:textId="77777777" w:rsidR="009075E2" w:rsidRPr="009075E2" w:rsidRDefault="009075E2" w:rsidP="009075E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9075E2">
        <w:rPr>
          <w:rFonts w:ascii="Times New Roman" w:hAnsi="Times New Roman" w:cs="Times New Roman"/>
          <w:b/>
          <w:lang w:val="ru-RU"/>
        </w:rPr>
        <w:t>ДЭКЛАРАЦЫЯ</w:t>
      </w:r>
    </w:p>
    <w:p w14:paraId="375B7940" w14:textId="77777777" w:rsidR="009075E2" w:rsidRDefault="009075E2" w:rsidP="009075E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9075E2">
        <w:rPr>
          <w:rFonts w:ascii="Times New Roman" w:hAnsi="Times New Roman" w:cs="Times New Roman"/>
          <w:b/>
          <w:lang w:val="ru-RU"/>
        </w:rPr>
        <w:t xml:space="preserve">ПРЫНЦЫПАЎ </w:t>
      </w:r>
      <w:proofErr w:type="gramStart"/>
      <w:r w:rsidRPr="009075E2">
        <w:rPr>
          <w:rFonts w:ascii="Times New Roman" w:hAnsi="Times New Roman" w:cs="Times New Roman"/>
          <w:b/>
          <w:lang w:val="ru-RU"/>
        </w:rPr>
        <w:t>ПРАФЕСІЙНАЙ  ЭТЫКІ</w:t>
      </w:r>
      <w:proofErr w:type="gramEnd"/>
      <w:r w:rsidRPr="009075E2">
        <w:rPr>
          <w:rFonts w:ascii="Times New Roman" w:hAnsi="Times New Roman" w:cs="Times New Roman"/>
          <w:b/>
          <w:lang w:val="ru-RU"/>
        </w:rPr>
        <w:t xml:space="preserve"> </w:t>
      </w:r>
    </w:p>
    <w:p w14:paraId="4B475022" w14:textId="77777777" w:rsidR="009075E2" w:rsidRPr="009075E2" w:rsidRDefault="009075E2" w:rsidP="009075E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9075E2">
        <w:rPr>
          <w:rFonts w:ascii="Times New Roman" w:hAnsi="Times New Roman" w:cs="Times New Roman"/>
          <w:b/>
          <w:lang w:val="ru-RU"/>
        </w:rPr>
        <w:t>БЕЛАРУСКІХ ЖУРНАЛІСТАЎ</w:t>
      </w:r>
    </w:p>
    <w:p w14:paraId="09DA17EC" w14:textId="77777777" w:rsidR="00D866C5" w:rsidRDefault="009075E2" w:rsidP="009075E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r w:rsidRPr="009075E2">
        <w:rPr>
          <w:rFonts w:ascii="Times New Roman" w:hAnsi="Times New Roman" w:cs="Times New Roman"/>
          <w:b/>
          <w:lang w:val="ru-RU"/>
        </w:rPr>
        <w:t>І СРОДКАЎ МАСАВАЙ ІНФАРМАЦЫІ</w:t>
      </w:r>
    </w:p>
    <w:p w14:paraId="0ED47DF9" w14:textId="77777777" w:rsidR="009075E2" w:rsidRPr="00F16BDC" w:rsidRDefault="009075E2" w:rsidP="009075E2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</w:p>
    <w:p w14:paraId="08F166A4" w14:textId="77777777" w:rsidR="003221E7" w:rsidRDefault="003221E7" w:rsidP="003221E7">
      <w:pPr>
        <w:ind w:firstLine="284"/>
        <w:rPr>
          <w:rFonts w:ascii="Times New Roman" w:hAnsi="Times New Roman" w:cs="Times New Roman"/>
          <w:lang w:val="ru-RU"/>
        </w:rPr>
      </w:pPr>
      <w:r w:rsidRPr="003221E7">
        <w:rPr>
          <w:rFonts w:ascii="Times New Roman" w:hAnsi="Times New Roman" w:cs="Times New Roman"/>
          <w:b/>
          <w:lang w:val="ru-RU"/>
        </w:rPr>
        <w:t>ПАВАЖАЮЧЫ</w:t>
      </w:r>
      <w:r w:rsidRPr="003221E7">
        <w:rPr>
          <w:rFonts w:ascii="Times New Roman" w:hAnsi="Times New Roman" w:cs="Times New Roman"/>
          <w:lang w:val="ru-RU"/>
        </w:rPr>
        <w:t xml:space="preserve"> сваю </w:t>
      </w:r>
      <w:proofErr w:type="spellStart"/>
      <w:r w:rsidRPr="003221E7">
        <w:rPr>
          <w:rFonts w:ascii="Times New Roman" w:hAnsi="Times New Roman" w:cs="Times New Roman"/>
          <w:lang w:val="ru-RU"/>
        </w:rPr>
        <w:t>прафесію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3221E7">
        <w:rPr>
          <w:rFonts w:ascii="Times New Roman" w:hAnsi="Times New Roman" w:cs="Times New Roman"/>
          <w:lang w:val="ru-RU"/>
        </w:rPr>
        <w:t>ўсведамляючы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яе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вялікую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грамадскую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значнасць</w:t>
      </w:r>
      <w:proofErr w:type="spellEnd"/>
      <w:r w:rsidRPr="003221E7">
        <w:rPr>
          <w:rFonts w:ascii="Times New Roman" w:hAnsi="Times New Roman" w:cs="Times New Roman"/>
          <w:lang w:val="ru-RU"/>
        </w:rPr>
        <w:t>;</w:t>
      </w:r>
    </w:p>
    <w:p w14:paraId="2FFB695C" w14:textId="77777777" w:rsidR="003221E7" w:rsidRPr="003221E7" w:rsidRDefault="003221E7" w:rsidP="003221E7">
      <w:pPr>
        <w:ind w:firstLine="284"/>
        <w:rPr>
          <w:rFonts w:ascii="Times New Roman" w:hAnsi="Times New Roman" w:cs="Times New Roman"/>
          <w:lang w:val="ru-RU"/>
        </w:rPr>
      </w:pPr>
      <w:r w:rsidRPr="003221E7">
        <w:rPr>
          <w:rFonts w:ascii="Times New Roman" w:hAnsi="Times New Roman" w:cs="Times New Roman"/>
          <w:b/>
          <w:lang w:val="ru-RU"/>
        </w:rPr>
        <w:t>КІРУЮЧЫСЯ</w:t>
      </w:r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намерам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умацоўваць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давер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грамадства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3221E7">
        <w:rPr>
          <w:rFonts w:ascii="Times New Roman" w:hAnsi="Times New Roman" w:cs="Times New Roman"/>
          <w:lang w:val="ru-RU"/>
        </w:rPr>
        <w:t>сродкаў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масавай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як </w:t>
      </w:r>
      <w:proofErr w:type="spellStart"/>
      <w:r w:rsidRPr="003221E7">
        <w:rPr>
          <w:rFonts w:ascii="Times New Roman" w:hAnsi="Times New Roman" w:cs="Times New Roman"/>
          <w:lang w:val="ru-RU"/>
        </w:rPr>
        <w:t>аднаго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3221E7">
        <w:rPr>
          <w:rFonts w:ascii="Times New Roman" w:hAnsi="Times New Roman" w:cs="Times New Roman"/>
          <w:lang w:val="ru-RU"/>
        </w:rPr>
        <w:t>найбольш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важных </w:t>
      </w:r>
      <w:proofErr w:type="spellStart"/>
      <w:r w:rsidRPr="003221E7">
        <w:rPr>
          <w:rFonts w:ascii="Times New Roman" w:hAnsi="Times New Roman" w:cs="Times New Roman"/>
          <w:lang w:val="ru-RU"/>
        </w:rPr>
        <w:t>дэмакратычных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інстытутаў</w:t>
      </w:r>
      <w:proofErr w:type="spellEnd"/>
      <w:r w:rsidRPr="003221E7">
        <w:rPr>
          <w:rFonts w:ascii="Times New Roman" w:hAnsi="Times New Roman" w:cs="Times New Roman"/>
          <w:lang w:val="ru-RU"/>
        </w:rPr>
        <w:t>;</w:t>
      </w:r>
    </w:p>
    <w:p w14:paraId="5B05C8B6" w14:textId="77777777" w:rsidR="003221E7" w:rsidRPr="003221E7" w:rsidRDefault="003221E7" w:rsidP="003221E7">
      <w:pPr>
        <w:ind w:firstLine="284"/>
        <w:rPr>
          <w:rFonts w:ascii="Times New Roman" w:hAnsi="Times New Roman" w:cs="Times New Roman"/>
          <w:lang w:val="ru-RU"/>
        </w:rPr>
      </w:pPr>
      <w:r w:rsidRPr="003221E7">
        <w:rPr>
          <w:rFonts w:ascii="Times New Roman" w:hAnsi="Times New Roman" w:cs="Times New Roman"/>
          <w:b/>
          <w:lang w:val="ru-RU"/>
        </w:rPr>
        <w:t>ПРЫЗНАЮЧЫ</w:t>
      </w:r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Дэкларацыю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Міжнароднай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федэрацыі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аб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прынцыпах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паводзін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як стандарт </w:t>
      </w:r>
      <w:proofErr w:type="spellStart"/>
      <w:r w:rsidRPr="003221E7">
        <w:rPr>
          <w:rFonts w:ascii="Times New Roman" w:hAnsi="Times New Roman" w:cs="Times New Roman"/>
          <w:lang w:val="ru-RU"/>
        </w:rPr>
        <w:t>прафесійных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паводзін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журналіста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падчас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атрымання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221E7">
        <w:rPr>
          <w:rFonts w:ascii="Times New Roman" w:hAnsi="Times New Roman" w:cs="Times New Roman"/>
          <w:lang w:val="ru-RU"/>
        </w:rPr>
        <w:t>захоўвання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221E7">
        <w:rPr>
          <w:rFonts w:ascii="Times New Roman" w:hAnsi="Times New Roman" w:cs="Times New Roman"/>
          <w:lang w:val="ru-RU"/>
        </w:rPr>
        <w:t>распаўсюду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3221E7">
        <w:rPr>
          <w:rFonts w:ascii="Times New Roman" w:hAnsi="Times New Roman" w:cs="Times New Roman"/>
          <w:lang w:val="ru-RU"/>
        </w:rPr>
        <w:t>каментавання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3221E7">
        <w:rPr>
          <w:rFonts w:ascii="Times New Roman" w:hAnsi="Times New Roman" w:cs="Times New Roman"/>
          <w:lang w:val="ru-RU"/>
        </w:rPr>
        <w:t>;</w:t>
      </w:r>
    </w:p>
    <w:p w14:paraId="07F1C33D" w14:textId="77777777" w:rsidR="003221E7" w:rsidRDefault="003221E7" w:rsidP="003221E7">
      <w:pPr>
        <w:ind w:firstLine="284"/>
        <w:rPr>
          <w:rFonts w:ascii="Times New Roman" w:hAnsi="Times New Roman" w:cs="Times New Roman"/>
          <w:lang w:val="ru-RU"/>
        </w:rPr>
      </w:pPr>
      <w:r w:rsidRPr="003221E7">
        <w:rPr>
          <w:rFonts w:ascii="Times New Roman" w:hAnsi="Times New Roman" w:cs="Times New Roman"/>
          <w:b/>
          <w:lang w:val="ru-RU"/>
        </w:rPr>
        <w:t>РАЗУМЕЮЧЫ,</w:t>
      </w:r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што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прафесія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накладае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3221E7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асаблівую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адказнасць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221E7">
        <w:rPr>
          <w:rFonts w:ascii="Times New Roman" w:hAnsi="Times New Roman" w:cs="Times New Roman"/>
          <w:lang w:val="ru-RU"/>
        </w:rPr>
        <w:t>сябры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Беларускай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асацыяцыі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журналістаў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3221E7">
        <w:rPr>
          <w:rFonts w:ascii="Times New Roman" w:hAnsi="Times New Roman" w:cs="Times New Roman"/>
          <w:lang w:val="ru-RU"/>
        </w:rPr>
        <w:t>дэкларуюць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3221E7">
        <w:rPr>
          <w:rFonts w:ascii="Times New Roman" w:hAnsi="Times New Roman" w:cs="Times New Roman"/>
          <w:lang w:val="ru-RU"/>
        </w:rPr>
        <w:t>што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яны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будуць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прытрымлівацца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наступных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прынцыпаў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прафесійнай</w:t>
      </w:r>
      <w:proofErr w:type="spellEnd"/>
      <w:r w:rsidRPr="003221E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221E7">
        <w:rPr>
          <w:rFonts w:ascii="Times New Roman" w:hAnsi="Times New Roman" w:cs="Times New Roman"/>
          <w:lang w:val="ru-RU"/>
        </w:rPr>
        <w:t>этыкі</w:t>
      </w:r>
      <w:proofErr w:type="spellEnd"/>
      <w:r w:rsidRPr="003221E7">
        <w:rPr>
          <w:rFonts w:ascii="Times New Roman" w:hAnsi="Times New Roman" w:cs="Times New Roman"/>
          <w:lang w:val="ru-RU"/>
        </w:rPr>
        <w:t>:</w:t>
      </w:r>
    </w:p>
    <w:p w14:paraId="60DBBBD2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1.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ПАВАЖАЦЬ</w:t>
      </w:r>
      <w:r w:rsidRPr="00F07DF2">
        <w:rPr>
          <w:rFonts w:ascii="Times New Roman" w:hAnsi="Times New Roman" w:cs="Times New Roman"/>
          <w:lang w:val="ru-RU"/>
        </w:rPr>
        <w:t xml:space="preserve"> права </w:t>
      </w:r>
      <w:proofErr w:type="spellStart"/>
      <w:r w:rsidRPr="00F07DF2">
        <w:rPr>
          <w:rFonts w:ascii="Times New Roman" w:hAnsi="Times New Roman" w:cs="Times New Roman"/>
          <w:lang w:val="ru-RU"/>
        </w:rPr>
        <w:t>грамадства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ведаць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праўду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памятаючы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пры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гэтым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што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ніхто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не </w:t>
      </w:r>
      <w:proofErr w:type="spellStart"/>
      <w:r w:rsidRPr="00F07DF2">
        <w:rPr>
          <w:rFonts w:ascii="Times New Roman" w:hAnsi="Times New Roman" w:cs="Times New Roman"/>
          <w:lang w:val="ru-RU"/>
        </w:rPr>
        <w:t>можа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трымаць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манаполіі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F07DF2">
        <w:rPr>
          <w:rFonts w:ascii="Times New Roman" w:hAnsi="Times New Roman" w:cs="Times New Roman"/>
          <w:lang w:val="ru-RU"/>
        </w:rPr>
        <w:t>ісціну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68C15E20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2.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АБАРАНЯЦЬ</w:t>
      </w:r>
      <w:r w:rsidRPr="00F07DF2">
        <w:rPr>
          <w:rFonts w:ascii="Times New Roman" w:hAnsi="Times New Roman" w:cs="Times New Roman"/>
          <w:lang w:val="ru-RU"/>
        </w:rPr>
        <w:t xml:space="preserve"> права на </w:t>
      </w:r>
      <w:proofErr w:type="spellStart"/>
      <w:r w:rsidRPr="00F07DF2">
        <w:rPr>
          <w:rFonts w:ascii="Times New Roman" w:hAnsi="Times New Roman" w:cs="Times New Roman"/>
          <w:lang w:val="ru-RU"/>
        </w:rPr>
        <w:t>атрыманне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распаўсюд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свабоду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выказвання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5D44CE9C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3.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ІМКНУЦЦА</w:t>
      </w:r>
      <w:r w:rsidRPr="00F07DF2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F07DF2">
        <w:rPr>
          <w:rFonts w:ascii="Times New Roman" w:hAnsi="Times New Roman" w:cs="Times New Roman"/>
          <w:lang w:val="ru-RU"/>
        </w:rPr>
        <w:t>максімальнай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дакладнасці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глыбіні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праўдзівасці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аргументаў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падчас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выказвання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сваіх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поглядаў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пазіцый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меркаванняў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33B72079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4.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ПРЫЗНАВАЦЬ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адкрыта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сумленна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ўласныя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памылкі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136587B8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5.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ЛІЧЫЦЬ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недапушчальным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плагіят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свядомае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скажэнне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фактаў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заведама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недакладныя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каментары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неабгрунтаваныя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абвінавачванні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атрыманне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незаконнага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ўзнагароджання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F07DF2">
        <w:rPr>
          <w:rFonts w:ascii="Times New Roman" w:hAnsi="Times New Roman" w:cs="Times New Roman"/>
          <w:lang w:val="ru-RU"/>
        </w:rPr>
        <w:t>распаўсюд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або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адмову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ад </w:t>
      </w:r>
      <w:proofErr w:type="spellStart"/>
      <w:r w:rsidRPr="00F07DF2">
        <w:rPr>
          <w:rFonts w:ascii="Times New Roman" w:hAnsi="Times New Roman" w:cs="Times New Roman"/>
          <w:lang w:val="ru-RU"/>
        </w:rPr>
        <w:t>распаўсюду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39145571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6.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ПАВАЖАЦЬ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іншыя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погляды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меркаванні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спрыяць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шырокай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грамадскай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дыскусіі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ў </w:t>
      </w:r>
      <w:proofErr w:type="spellStart"/>
      <w:r w:rsidRPr="00F07DF2">
        <w:rPr>
          <w:rFonts w:ascii="Times New Roman" w:hAnsi="Times New Roman" w:cs="Times New Roman"/>
          <w:lang w:val="ru-RU"/>
        </w:rPr>
        <w:t>сродках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масавай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5C1EA159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7.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НЕ ДАПУСКАЦЬ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дыскрымінацыі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паводле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расавай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прыналежнасці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нацыянальнасці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спавяданай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рэлігіі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полу, </w:t>
      </w:r>
      <w:proofErr w:type="spellStart"/>
      <w:r w:rsidRPr="00F07DF2">
        <w:rPr>
          <w:rFonts w:ascii="Times New Roman" w:hAnsi="Times New Roman" w:cs="Times New Roman"/>
          <w:lang w:val="ru-RU"/>
        </w:rPr>
        <w:t>сексуальнай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арыентацыі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палітычных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іншых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поглядаў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г. д.</w:t>
      </w:r>
    </w:p>
    <w:p w14:paraId="1E20B03F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8.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ЗАХОЎВАЦЬ</w:t>
      </w:r>
      <w:r w:rsidRPr="00F07DF2">
        <w:rPr>
          <w:rFonts w:ascii="Times New Roman" w:hAnsi="Times New Roman" w:cs="Times New Roman"/>
          <w:lang w:val="ru-RU"/>
        </w:rPr>
        <w:t xml:space="preserve"> правы і </w:t>
      </w:r>
      <w:proofErr w:type="spellStart"/>
      <w:r w:rsidRPr="00F07DF2">
        <w:rPr>
          <w:rFonts w:ascii="Times New Roman" w:hAnsi="Times New Roman" w:cs="Times New Roman"/>
          <w:lang w:val="ru-RU"/>
        </w:rPr>
        <w:t>законныя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інтарэсы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трэціх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асоб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падчас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пошуку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захавання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распаўсюду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67161D5A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9.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АБАРАНЯЦЬ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канфідэнцыйнасць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крыніц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5670F5F0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10.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НЕ ДАГАДЖАЦЬ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тым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хто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пры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ўладзе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памятаць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што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кантроль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F07DF2">
        <w:rPr>
          <w:rFonts w:ascii="Times New Roman" w:hAnsi="Times New Roman" w:cs="Times New Roman"/>
          <w:lang w:val="ru-RU"/>
        </w:rPr>
        <w:t>дзейнасцю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ўладаў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з'яўляецца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адной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F07DF2">
        <w:rPr>
          <w:rFonts w:ascii="Times New Roman" w:hAnsi="Times New Roman" w:cs="Times New Roman"/>
          <w:lang w:val="ru-RU"/>
        </w:rPr>
        <w:t>найважнейшых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функцый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сродкаў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масавай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інфармацыі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4697D5C6" w14:textId="77777777" w:rsidR="00F07DF2" w:rsidRPr="00F07DF2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11.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ВЫКАЗВАЦЬ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салідарнасць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F07DF2">
        <w:rPr>
          <w:rFonts w:ascii="Times New Roman" w:hAnsi="Times New Roman" w:cs="Times New Roman"/>
          <w:lang w:val="ru-RU"/>
        </w:rPr>
        <w:t>калегамі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07DF2">
        <w:rPr>
          <w:rFonts w:ascii="Times New Roman" w:hAnsi="Times New Roman" w:cs="Times New Roman"/>
          <w:lang w:val="ru-RU"/>
        </w:rPr>
        <w:t>якія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пераследуюцца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F07DF2">
        <w:rPr>
          <w:rFonts w:ascii="Times New Roman" w:hAnsi="Times New Roman" w:cs="Times New Roman"/>
          <w:lang w:val="ru-RU"/>
        </w:rPr>
        <w:t>прафесійную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журналісцкую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дзейнасць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49F0E1C0" w14:textId="77777777" w:rsidR="00112465" w:rsidRDefault="00F07DF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r w:rsidRPr="00F07DF2">
        <w:rPr>
          <w:rFonts w:ascii="Times New Roman" w:hAnsi="Times New Roman" w:cs="Times New Roman"/>
          <w:lang w:val="ru-RU"/>
        </w:rPr>
        <w:t>12.</w:t>
      </w:r>
      <w:r w:rsidRPr="00F07DF2">
        <w:rPr>
          <w:rFonts w:ascii="Times New Roman" w:hAnsi="Times New Roman" w:cs="Times New Roman"/>
          <w:lang w:val="ru-RU"/>
        </w:rPr>
        <w:tab/>
      </w:r>
      <w:r w:rsidRPr="00F07DF2">
        <w:rPr>
          <w:rFonts w:ascii="Times New Roman" w:hAnsi="Times New Roman" w:cs="Times New Roman"/>
          <w:b/>
          <w:lang w:val="ru-RU"/>
        </w:rPr>
        <w:t>ПРЫТРЫМЛІВАЦЦА</w:t>
      </w:r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юрысдыкцыі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журналісцкай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супольнасці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і </w:t>
      </w:r>
      <w:proofErr w:type="spellStart"/>
      <w:r w:rsidRPr="00F07DF2">
        <w:rPr>
          <w:rFonts w:ascii="Times New Roman" w:hAnsi="Times New Roman" w:cs="Times New Roman"/>
          <w:lang w:val="ru-RU"/>
        </w:rPr>
        <w:t>канфлікты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 </w:t>
      </w:r>
      <w:proofErr w:type="spellStart"/>
      <w:r w:rsidRPr="00F07DF2">
        <w:rPr>
          <w:rFonts w:ascii="Times New Roman" w:hAnsi="Times New Roman" w:cs="Times New Roman"/>
          <w:lang w:val="ru-RU"/>
        </w:rPr>
        <w:t>калегамі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старацца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F07DF2">
        <w:rPr>
          <w:rFonts w:ascii="Times New Roman" w:hAnsi="Times New Roman" w:cs="Times New Roman"/>
          <w:lang w:val="ru-RU"/>
        </w:rPr>
        <w:t>вырашаць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без </w:t>
      </w:r>
      <w:proofErr w:type="spellStart"/>
      <w:r w:rsidRPr="00F07DF2">
        <w:rPr>
          <w:rFonts w:ascii="Times New Roman" w:hAnsi="Times New Roman" w:cs="Times New Roman"/>
          <w:lang w:val="ru-RU"/>
        </w:rPr>
        <w:t>умяшання</w:t>
      </w:r>
      <w:proofErr w:type="spellEnd"/>
      <w:r w:rsidRPr="00F07DF2">
        <w:rPr>
          <w:rFonts w:ascii="Times New Roman" w:hAnsi="Times New Roman" w:cs="Times New Roman"/>
          <w:lang w:val="ru-RU"/>
        </w:rPr>
        <w:t xml:space="preserve"> з боку </w:t>
      </w:r>
      <w:proofErr w:type="spellStart"/>
      <w:r w:rsidRPr="00F07DF2">
        <w:rPr>
          <w:rFonts w:ascii="Times New Roman" w:hAnsi="Times New Roman" w:cs="Times New Roman"/>
          <w:lang w:val="ru-RU"/>
        </w:rPr>
        <w:t>ўладаў</w:t>
      </w:r>
      <w:proofErr w:type="spellEnd"/>
      <w:r w:rsidRPr="00F07DF2">
        <w:rPr>
          <w:rFonts w:ascii="Times New Roman" w:hAnsi="Times New Roman" w:cs="Times New Roman"/>
          <w:lang w:val="ru-RU"/>
        </w:rPr>
        <w:t>.</w:t>
      </w:r>
    </w:p>
    <w:p w14:paraId="39114DE7" w14:textId="77777777" w:rsidR="009075E2" w:rsidRDefault="009075E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</w:p>
    <w:p w14:paraId="67E677E0" w14:textId="77777777" w:rsidR="009075E2" w:rsidRDefault="009075E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14:paraId="0F91A7DE" w14:textId="77777777" w:rsidR="009075E2" w:rsidRPr="005B4E0B" w:rsidRDefault="009075E2" w:rsidP="00F07DF2">
      <w:pPr>
        <w:spacing w:after="0"/>
        <w:ind w:left="142"/>
        <w:rPr>
          <w:rFonts w:ascii="Times New Roman" w:hAnsi="Times New Roman" w:cs="Times New Roman"/>
          <w:lang w:val="ru-RU"/>
        </w:rPr>
      </w:pPr>
      <w:proofErr w:type="spellStart"/>
      <w:r w:rsidRPr="009075E2">
        <w:rPr>
          <w:rFonts w:ascii="Times New Roman" w:hAnsi="Times New Roman" w:cs="Times New Roman"/>
          <w:lang w:val="ru-RU"/>
        </w:rPr>
        <w:t>Азнаёмлены</w:t>
      </w:r>
      <w:proofErr w:type="spellEnd"/>
      <w:r w:rsidRPr="009075E2">
        <w:rPr>
          <w:rFonts w:ascii="Times New Roman" w:hAnsi="Times New Roman" w:cs="Times New Roman"/>
          <w:lang w:val="ru-RU"/>
        </w:rPr>
        <w:t>: (</w:t>
      </w:r>
      <w:proofErr w:type="spellStart"/>
      <w:r w:rsidRPr="009075E2">
        <w:rPr>
          <w:rFonts w:ascii="Times New Roman" w:hAnsi="Times New Roman" w:cs="Times New Roman"/>
          <w:lang w:val="ru-RU"/>
        </w:rPr>
        <w:t>подпіс</w:t>
      </w:r>
      <w:proofErr w:type="spellEnd"/>
      <w:r w:rsidRPr="009075E2">
        <w:rPr>
          <w:rFonts w:ascii="Times New Roman" w:hAnsi="Times New Roman" w:cs="Times New Roman"/>
          <w:lang w:val="ru-RU"/>
        </w:rPr>
        <w:t>) _________________</w:t>
      </w:r>
      <w:proofErr w:type="gramStart"/>
      <w:r w:rsidRPr="009075E2">
        <w:rPr>
          <w:rFonts w:ascii="Times New Roman" w:hAnsi="Times New Roman" w:cs="Times New Roman"/>
          <w:lang w:val="ru-RU"/>
        </w:rPr>
        <w:t>_(</w:t>
      </w:r>
      <w:proofErr w:type="spellStart"/>
      <w:proofErr w:type="gramEnd"/>
      <w:r w:rsidRPr="009075E2">
        <w:rPr>
          <w:rFonts w:ascii="Times New Roman" w:hAnsi="Times New Roman" w:cs="Times New Roman"/>
          <w:lang w:val="ru-RU"/>
        </w:rPr>
        <w:t>імя</w:t>
      </w:r>
      <w:proofErr w:type="spellEnd"/>
      <w:r w:rsidRPr="009075E2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9075E2">
        <w:rPr>
          <w:rFonts w:ascii="Times New Roman" w:hAnsi="Times New Roman" w:cs="Times New Roman"/>
          <w:lang w:val="ru-RU"/>
        </w:rPr>
        <w:t>прозвішча</w:t>
      </w:r>
      <w:proofErr w:type="spellEnd"/>
      <w:r w:rsidRPr="009075E2">
        <w:rPr>
          <w:rFonts w:ascii="Times New Roman" w:hAnsi="Times New Roman" w:cs="Times New Roman"/>
          <w:lang w:val="ru-RU"/>
        </w:rPr>
        <w:t>)_________________________</w:t>
      </w:r>
    </w:p>
    <w:sectPr w:rsidR="009075E2" w:rsidRPr="005B4E0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789"/>
    <w:rsid w:val="00034616"/>
    <w:rsid w:val="0006063C"/>
    <w:rsid w:val="00112465"/>
    <w:rsid w:val="0015074B"/>
    <w:rsid w:val="0029639D"/>
    <w:rsid w:val="003221E7"/>
    <w:rsid w:val="00326F90"/>
    <w:rsid w:val="0048136E"/>
    <w:rsid w:val="005B4E0B"/>
    <w:rsid w:val="009075E2"/>
    <w:rsid w:val="00AA1D8D"/>
    <w:rsid w:val="00B47730"/>
    <w:rsid w:val="00CB0664"/>
    <w:rsid w:val="00D866C5"/>
    <w:rsid w:val="00F07DF2"/>
    <w:rsid w:val="00F16B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D8E7C6"/>
  <w14:defaultImageDpi w14:val="300"/>
  <w15:docId w15:val="{B98739B9-4291-4918-8008-0391AEDF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4E11D0-B1EA-4B2A-9BA1-0F65BE16C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Lena</cp:lastModifiedBy>
  <cp:revision>2</cp:revision>
  <dcterms:created xsi:type="dcterms:W3CDTF">2026-04-07T10:33:00Z</dcterms:created>
  <dcterms:modified xsi:type="dcterms:W3CDTF">2026-04-07T10:33:00Z</dcterms:modified>
  <cp:category/>
</cp:coreProperties>
</file>